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7F46E2" w14:textId="06EE9131" w:rsidR="0094039E" w:rsidRPr="00C25139" w:rsidRDefault="00B90289" w:rsidP="00C25139">
      <w:pPr>
        <w:pStyle w:val="Title"/>
        <w:jc w:val="center"/>
        <w:rPr>
          <w:b/>
          <w:bCs/>
          <w:color w:val="auto"/>
          <w:sz w:val="24"/>
          <w:szCs w:val="24"/>
        </w:rPr>
      </w:pPr>
      <w:bookmarkStart w:id="0" w:name="_GoBack"/>
      <w:bookmarkEnd w:id="0"/>
      <w:r w:rsidRPr="00C25139">
        <w:rPr>
          <w:b/>
          <w:bCs/>
          <w:color w:val="auto"/>
          <w:sz w:val="24"/>
          <w:szCs w:val="24"/>
        </w:rPr>
        <w:t xml:space="preserve">British Values Progression Map – </w:t>
      </w:r>
      <w:r w:rsidR="00C25139" w:rsidRPr="00C25139">
        <w:rPr>
          <w:b/>
          <w:bCs/>
          <w:color w:val="auto"/>
          <w:sz w:val="24"/>
          <w:szCs w:val="24"/>
        </w:rPr>
        <w:t>St Edmund Campion Catholic Primary School</w:t>
      </w:r>
    </w:p>
    <w:p w14:paraId="79CF2005" w14:textId="77777777" w:rsidR="0094039E" w:rsidRDefault="00B90289">
      <w:r>
        <w:t>This progression map outlines how the five British Values are embedded and developed throughout a Catholic primary school, aligned with Gospel values and the teachings of the Church. British Values are explored explicitly through PSHE (Ten Ten’s Life to the Full), collective worship, Religious Education, and across the wider curriculum.</w:t>
      </w:r>
    </w:p>
    <w:p w14:paraId="1A0C4A71" w14:textId="77777777" w:rsidR="0094039E" w:rsidRDefault="00B90289">
      <w:pPr>
        <w:pStyle w:val="ListBullet"/>
      </w:pPr>
      <w:r>
        <w:t>The five British Values are:</w:t>
      </w:r>
    </w:p>
    <w:p w14:paraId="649096CF" w14:textId="77777777" w:rsidR="0094039E" w:rsidRDefault="00B90289">
      <w:pPr>
        <w:pStyle w:val="ListBullet2"/>
      </w:pPr>
      <w:r>
        <w:t>Democracy</w:t>
      </w:r>
    </w:p>
    <w:p w14:paraId="19F66129" w14:textId="77777777" w:rsidR="0094039E" w:rsidRDefault="00B90289">
      <w:pPr>
        <w:pStyle w:val="ListBullet2"/>
      </w:pPr>
      <w:r>
        <w:t>The Rule of Law</w:t>
      </w:r>
    </w:p>
    <w:p w14:paraId="1BFA3332" w14:textId="77777777" w:rsidR="0094039E" w:rsidRDefault="00B90289">
      <w:pPr>
        <w:pStyle w:val="ListBullet2"/>
      </w:pPr>
      <w:r>
        <w:t>Individual Liberty</w:t>
      </w:r>
    </w:p>
    <w:p w14:paraId="688ABBB6" w14:textId="77777777" w:rsidR="0094039E" w:rsidRDefault="00B90289">
      <w:pPr>
        <w:pStyle w:val="ListBullet2"/>
      </w:pPr>
      <w:r>
        <w:t>Mutual Respect</w:t>
      </w:r>
    </w:p>
    <w:p w14:paraId="2D5017F3" w14:textId="77777777" w:rsidR="0094039E" w:rsidRDefault="00B90289">
      <w:pPr>
        <w:pStyle w:val="ListBullet2"/>
      </w:pPr>
      <w:r>
        <w:t>Tolerance of Those of Different Faiths and Beliefs</w:t>
      </w:r>
    </w:p>
    <w:tbl>
      <w:tblPr>
        <w:tblStyle w:val="TableGrid"/>
        <w:tblW w:w="0" w:type="auto"/>
        <w:tblLook w:val="04A0" w:firstRow="1" w:lastRow="0" w:firstColumn="1" w:lastColumn="0" w:noHBand="0" w:noVBand="1"/>
      </w:tblPr>
      <w:tblGrid>
        <w:gridCol w:w="2927"/>
        <w:gridCol w:w="2967"/>
        <w:gridCol w:w="2682"/>
        <w:gridCol w:w="4374"/>
      </w:tblGrid>
      <w:tr w:rsidR="0094039E" w14:paraId="5931807C" w14:textId="77777777" w:rsidTr="00C25139">
        <w:tc>
          <w:tcPr>
            <w:tcW w:w="2943" w:type="dxa"/>
            <w:shd w:val="clear" w:color="auto" w:fill="FBD4B4" w:themeFill="accent6" w:themeFillTint="66"/>
          </w:tcPr>
          <w:p w14:paraId="74B38F27" w14:textId="77777777" w:rsidR="0094039E" w:rsidRDefault="00B90289">
            <w:r>
              <w:t>Key Stage</w:t>
            </w:r>
          </w:p>
        </w:tc>
        <w:tc>
          <w:tcPr>
            <w:tcW w:w="2977" w:type="dxa"/>
            <w:shd w:val="clear" w:color="auto" w:fill="FBD4B4" w:themeFill="accent6" w:themeFillTint="66"/>
          </w:tcPr>
          <w:p w14:paraId="2787CF1E" w14:textId="77777777" w:rsidR="0094039E" w:rsidRDefault="00B90289">
            <w:r>
              <w:t>Focus Areas</w:t>
            </w:r>
          </w:p>
        </w:tc>
        <w:tc>
          <w:tcPr>
            <w:tcW w:w="2693" w:type="dxa"/>
            <w:shd w:val="clear" w:color="auto" w:fill="FBD4B4" w:themeFill="accent6" w:themeFillTint="66"/>
          </w:tcPr>
          <w:p w14:paraId="202186CB" w14:textId="77777777" w:rsidR="0094039E" w:rsidRDefault="00B90289">
            <w:r>
              <w:t>British Values Explored</w:t>
            </w:r>
          </w:p>
        </w:tc>
        <w:tc>
          <w:tcPr>
            <w:tcW w:w="4395" w:type="dxa"/>
            <w:shd w:val="clear" w:color="auto" w:fill="FBD4B4" w:themeFill="accent6" w:themeFillTint="66"/>
          </w:tcPr>
          <w:p w14:paraId="413CEBDE" w14:textId="203AC3FA" w:rsidR="0094039E" w:rsidRDefault="00B90289">
            <w:r>
              <w:t>Teaching Approach</w:t>
            </w:r>
          </w:p>
        </w:tc>
      </w:tr>
      <w:tr w:rsidR="0094039E" w14:paraId="204561FD" w14:textId="77777777" w:rsidTr="00C25139">
        <w:tc>
          <w:tcPr>
            <w:tcW w:w="2943" w:type="dxa"/>
            <w:shd w:val="clear" w:color="auto" w:fill="CCC0D9" w:themeFill="accent4" w:themeFillTint="66"/>
          </w:tcPr>
          <w:p w14:paraId="5B1AF0E8" w14:textId="77777777" w:rsidR="0094039E" w:rsidRDefault="00B90289">
            <w:r>
              <w:t>EYFS</w:t>
            </w:r>
          </w:p>
        </w:tc>
        <w:tc>
          <w:tcPr>
            <w:tcW w:w="2977" w:type="dxa"/>
          </w:tcPr>
          <w:p w14:paraId="3398E8A5" w14:textId="77777777" w:rsidR="0094039E" w:rsidRDefault="00B90289">
            <w:r>
              <w:t>- Understanding right and wrong</w:t>
            </w:r>
            <w:r>
              <w:br/>
              <w:t>- Developing friendships</w:t>
            </w:r>
            <w:r>
              <w:br/>
              <w:t>- Listening to others</w:t>
            </w:r>
          </w:p>
        </w:tc>
        <w:tc>
          <w:tcPr>
            <w:tcW w:w="2693" w:type="dxa"/>
          </w:tcPr>
          <w:p w14:paraId="30B28F37" w14:textId="77777777" w:rsidR="0094039E" w:rsidRDefault="00B90289">
            <w:r>
              <w:t>- Rule of Law</w:t>
            </w:r>
            <w:r>
              <w:br/>
              <w:t>- Mutual Respect</w:t>
            </w:r>
            <w:r>
              <w:br/>
              <w:t>- Individual Liberty</w:t>
            </w:r>
          </w:p>
          <w:p w14:paraId="0C21DF28" w14:textId="5447952C" w:rsidR="00C153CA" w:rsidRDefault="00C153CA">
            <w:r>
              <w:t>- Democracy</w:t>
            </w:r>
          </w:p>
        </w:tc>
        <w:tc>
          <w:tcPr>
            <w:tcW w:w="4395" w:type="dxa"/>
          </w:tcPr>
          <w:p w14:paraId="2ECA55A9" w14:textId="77777777" w:rsidR="0094039E" w:rsidRDefault="00B90289">
            <w:r>
              <w:t>- Class rules and routines</w:t>
            </w:r>
            <w:r>
              <w:br/>
              <w:t>- Circle time discussions</w:t>
            </w:r>
            <w:r>
              <w:br/>
              <w:t>- Stories about fairness and kindness</w:t>
            </w:r>
          </w:p>
          <w:p w14:paraId="0A7AB383" w14:textId="643613F6" w:rsidR="00C25139" w:rsidRDefault="00C25139">
            <w:r>
              <w:t>- YR – voting on class book and brain break video.</w:t>
            </w:r>
          </w:p>
        </w:tc>
      </w:tr>
      <w:tr w:rsidR="0094039E" w14:paraId="694E3238" w14:textId="77777777" w:rsidTr="00C25139">
        <w:tc>
          <w:tcPr>
            <w:tcW w:w="2943" w:type="dxa"/>
            <w:shd w:val="clear" w:color="auto" w:fill="CCC0D9" w:themeFill="accent4" w:themeFillTint="66"/>
          </w:tcPr>
          <w:p w14:paraId="20CCDFA2" w14:textId="77777777" w:rsidR="0094039E" w:rsidRDefault="00B90289">
            <w:r>
              <w:t>Key Stage 1 (Years 1–2)</w:t>
            </w:r>
          </w:p>
        </w:tc>
        <w:tc>
          <w:tcPr>
            <w:tcW w:w="2977" w:type="dxa"/>
          </w:tcPr>
          <w:p w14:paraId="6EAC1095" w14:textId="77777777" w:rsidR="0094039E" w:rsidRDefault="00B90289">
            <w:r>
              <w:t>- Making choices</w:t>
            </w:r>
            <w:r>
              <w:br/>
              <w:t>- Understanding fairness and taking turns</w:t>
            </w:r>
            <w:r>
              <w:br/>
              <w:t>- Learning about responsibilities</w:t>
            </w:r>
          </w:p>
        </w:tc>
        <w:tc>
          <w:tcPr>
            <w:tcW w:w="2693" w:type="dxa"/>
          </w:tcPr>
          <w:p w14:paraId="20E3FE75" w14:textId="77777777" w:rsidR="0094039E" w:rsidRDefault="00B90289">
            <w:r>
              <w:t>- Democracy</w:t>
            </w:r>
            <w:r>
              <w:br/>
              <w:t>- Rule of Law</w:t>
            </w:r>
            <w:r>
              <w:br/>
              <w:t>- Mutual Respect</w:t>
            </w:r>
          </w:p>
          <w:p w14:paraId="5A050FF3" w14:textId="1196D80A" w:rsidR="00B90289" w:rsidRDefault="00B90289">
            <w:r>
              <w:t>-Individual Liberty</w:t>
            </w:r>
          </w:p>
        </w:tc>
        <w:tc>
          <w:tcPr>
            <w:tcW w:w="4395" w:type="dxa"/>
          </w:tcPr>
          <w:p w14:paraId="5907809D" w14:textId="77777777" w:rsidR="0094039E" w:rsidRDefault="00B90289">
            <w:r>
              <w:t xml:space="preserve">- Voting </w:t>
            </w:r>
            <w:r w:rsidR="00C25139">
              <w:t>in</w:t>
            </w:r>
            <w:r>
              <w:t xml:space="preserve"> class </w:t>
            </w:r>
            <w:r w:rsidR="00C25139">
              <w:t xml:space="preserve">Eco reps and School council member </w:t>
            </w:r>
            <w:r>
              <w:br/>
              <w:t xml:space="preserve">- Following class </w:t>
            </w:r>
            <w:r w:rsidR="00C25139">
              <w:t>rules</w:t>
            </w:r>
          </w:p>
          <w:p w14:paraId="42D82699" w14:textId="77777777" w:rsidR="00C25139" w:rsidRDefault="00C25139" w:rsidP="00C25139">
            <w:r>
              <w:t>- Visit from MP</w:t>
            </w:r>
          </w:p>
          <w:p w14:paraId="0F41C5CE" w14:textId="3EEE5A35" w:rsidR="00C25139" w:rsidRDefault="00C25139"/>
        </w:tc>
      </w:tr>
      <w:tr w:rsidR="0094039E" w14:paraId="547F6873" w14:textId="77777777" w:rsidTr="00C25139">
        <w:tc>
          <w:tcPr>
            <w:tcW w:w="2943" w:type="dxa"/>
            <w:shd w:val="clear" w:color="auto" w:fill="CCC0D9" w:themeFill="accent4" w:themeFillTint="66"/>
          </w:tcPr>
          <w:p w14:paraId="77E98BFF" w14:textId="77777777" w:rsidR="0094039E" w:rsidRDefault="00B90289">
            <w:r>
              <w:t>Lower Key Stage 2 (Years 3–4)</w:t>
            </w:r>
          </w:p>
        </w:tc>
        <w:tc>
          <w:tcPr>
            <w:tcW w:w="2977" w:type="dxa"/>
          </w:tcPr>
          <w:p w14:paraId="55ACA6ED" w14:textId="77777777" w:rsidR="0094039E" w:rsidRDefault="00B90289">
            <w:r>
              <w:t>- Exploring consequences of actions</w:t>
            </w:r>
            <w:r>
              <w:br/>
              <w:t>- Respecting differences</w:t>
            </w:r>
            <w:r>
              <w:br/>
              <w:t>- Understanding rights and responsibilities</w:t>
            </w:r>
          </w:p>
        </w:tc>
        <w:tc>
          <w:tcPr>
            <w:tcW w:w="2693" w:type="dxa"/>
          </w:tcPr>
          <w:p w14:paraId="225F48D4" w14:textId="77777777" w:rsidR="0094039E" w:rsidRDefault="00B90289">
            <w:r>
              <w:t>- Rule of Law</w:t>
            </w:r>
            <w:r>
              <w:br/>
              <w:t>- Individual Liberty</w:t>
            </w:r>
            <w:r>
              <w:br/>
              <w:t>- Tolerance</w:t>
            </w:r>
          </w:p>
          <w:p w14:paraId="34553004" w14:textId="77777777" w:rsidR="00C153CA" w:rsidRDefault="00C153CA">
            <w:r>
              <w:t xml:space="preserve"> -Democracy</w:t>
            </w:r>
          </w:p>
          <w:p w14:paraId="5B8CC483" w14:textId="13A611FC" w:rsidR="00C153CA" w:rsidRDefault="00C153CA">
            <w:r>
              <w:t>- Mutual Respect</w:t>
            </w:r>
          </w:p>
        </w:tc>
        <w:tc>
          <w:tcPr>
            <w:tcW w:w="4395" w:type="dxa"/>
          </w:tcPr>
          <w:p w14:paraId="118C1A87" w14:textId="495CB3CE" w:rsidR="0094039E" w:rsidRDefault="00B90289">
            <w:r>
              <w:t xml:space="preserve">- </w:t>
            </w:r>
            <w:r w:rsidR="00C25139">
              <w:t>Voting in class Eco reps and School council member</w:t>
            </w:r>
            <w:r>
              <w:br/>
              <w:t>- Role-play and debates</w:t>
            </w:r>
            <w:r>
              <w:br/>
              <w:t xml:space="preserve">- </w:t>
            </w:r>
            <w:r w:rsidR="00C25139">
              <w:t>Learning about o</w:t>
            </w:r>
            <w:r>
              <w:t>ther cultures and faiths</w:t>
            </w:r>
          </w:p>
          <w:p w14:paraId="046ABD35" w14:textId="763DFF56" w:rsidR="00E331E2" w:rsidRDefault="00E331E2">
            <w:r>
              <w:t>Y3 Trip to the Synagogue</w:t>
            </w:r>
          </w:p>
          <w:p w14:paraId="6EF1E5BC" w14:textId="26924779" w:rsidR="00C25139" w:rsidRDefault="00C25139">
            <w:r>
              <w:t xml:space="preserve">-Y4 Trip to the </w:t>
            </w:r>
            <w:r w:rsidR="00E331E2">
              <w:t>M</w:t>
            </w:r>
            <w:r>
              <w:t>osque</w:t>
            </w:r>
          </w:p>
          <w:p w14:paraId="3CCDD197" w14:textId="77777777" w:rsidR="00C25139" w:rsidRDefault="00C25139" w:rsidP="00C25139">
            <w:r>
              <w:lastRenderedPageBreak/>
              <w:t>- Visit from MP</w:t>
            </w:r>
          </w:p>
          <w:p w14:paraId="425BBD71" w14:textId="58772C78" w:rsidR="00C25139" w:rsidRDefault="00C25139"/>
        </w:tc>
      </w:tr>
      <w:tr w:rsidR="0094039E" w14:paraId="59A4A6B0" w14:textId="77777777" w:rsidTr="00C25139">
        <w:tc>
          <w:tcPr>
            <w:tcW w:w="2943" w:type="dxa"/>
            <w:shd w:val="clear" w:color="auto" w:fill="CCC0D9" w:themeFill="accent4" w:themeFillTint="66"/>
          </w:tcPr>
          <w:p w14:paraId="36D6D9CC" w14:textId="77777777" w:rsidR="0094039E" w:rsidRDefault="00B90289">
            <w:r>
              <w:lastRenderedPageBreak/>
              <w:t>Upper Key Stage 2 (Years 5–6)</w:t>
            </w:r>
          </w:p>
        </w:tc>
        <w:tc>
          <w:tcPr>
            <w:tcW w:w="2977" w:type="dxa"/>
          </w:tcPr>
          <w:p w14:paraId="6B6E2EAA" w14:textId="77777777" w:rsidR="0094039E" w:rsidRDefault="00B90289">
            <w:r>
              <w:t>- Respecting opinions</w:t>
            </w:r>
            <w:r>
              <w:br/>
              <w:t>- Exploring moral dilemmas</w:t>
            </w:r>
            <w:r>
              <w:br/>
              <w:t>- Participating in community life</w:t>
            </w:r>
          </w:p>
        </w:tc>
        <w:tc>
          <w:tcPr>
            <w:tcW w:w="2693" w:type="dxa"/>
          </w:tcPr>
          <w:p w14:paraId="7D011B80" w14:textId="77777777" w:rsidR="0094039E" w:rsidRDefault="00B90289">
            <w:r>
              <w:t>- All British Values</w:t>
            </w:r>
          </w:p>
        </w:tc>
        <w:tc>
          <w:tcPr>
            <w:tcW w:w="4395" w:type="dxa"/>
          </w:tcPr>
          <w:p w14:paraId="79EBAEC2" w14:textId="77777777" w:rsidR="00C25139" w:rsidRDefault="00B90289">
            <w:r>
              <w:t xml:space="preserve">- </w:t>
            </w:r>
            <w:r w:rsidR="00C25139">
              <w:t>Roles and responsibilities</w:t>
            </w:r>
          </w:p>
          <w:p w14:paraId="09A60957" w14:textId="56C061F2" w:rsidR="00C25139" w:rsidRDefault="00C25139">
            <w:r>
              <w:t>-Prefects, sports ambassadors and Music leaders.</w:t>
            </w:r>
          </w:p>
          <w:p w14:paraId="2D7A7295" w14:textId="59205B55" w:rsidR="00C25139" w:rsidRDefault="00C25139">
            <w:r>
              <w:t xml:space="preserve">- Trip to Houses of </w:t>
            </w:r>
            <w:r w:rsidR="00E331E2">
              <w:t>P</w:t>
            </w:r>
            <w:r>
              <w:t>arliament</w:t>
            </w:r>
          </w:p>
          <w:p w14:paraId="0F040A38" w14:textId="2BF2CFB4" w:rsidR="00C25139" w:rsidRDefault="00C25139">
            <w:r>
              <w:t>- Visit from MP</w:t>
            </w:r>
          </w:p>
          <w:p w14:paraId="2E89057F" w14:textId="242AAC8E" w:rsidR="0094039E" w:rsidRDefault="00C25139">
            <w:r>
              <w:t>- Choir leaders</w:t>
            </w:r>
            <w:r w:rsidR="00B90289">
              <w:br/>
              <w:t>- Discussing news and current events</w:t>
            </w:r>
            <w:r w:rsidR="00B90289">
              <w:br/>
              <w:t>- Preparing liturgies celebrating diversity</w:t>
            </w:r>
          </w:p>
        </w:tc>
      </w:tr>
    </w:tbl>
    <w:p w14:paraId="18EA8955" w14:textId="77777777" w:rsidR="0094039E" w:rsidRPr="00C25139" w:rsidRDefault="00B90289">
      <w:pPr>
        <w:pStyle w:val="Heading2"/>
        <w:rPr>
          <w:b w:val="0"/>
          <w:bCs w:val="0"/>
          <w:color w:val="auto"/>
          <w:sz w:val="28"/>
          <w:szCs w:val="28"/>
          <w:u w:val="single"/>
        </w:rPr>
      </w:pPr>
      <w:r w:rsidRPr="00C25139">
        <w:rPr>
          <w:b w:val="0"/>
          <w:bCs w:val="0"/>
          <w:color w:val="auto"/>
          <w:sz w:val="28"/>
          <w:szCs w:val="28"/>
          <w:u w:val="single"/>
        </w:rPr>
        <w:t>Integration with Catholic Values</w:t>
      </w:r>
    </w:p>
    <w:p w14:paraId="78A33A86" w14:textId="2E9EFC5C" w:rsidR="0094039E" w:rsidRDefault="00B90289">
      <w:pPr>
        <w:pStyle w:val="ListBullet"/>
      </w:pPr>
      <w:r>
        <w:t>All values are presented through the lens of Catholic Social Teaching.</w:t>
      </w:r>
    </w:p>
    <w:p w14:paraId="29090CCF" w14:textId="46FEC4EB" w:rsidR="0094039E" w:rsidRDefault="00B90289">
      <w:pPr>
        <w:pStyle w:val="ListBullet"/>
      </w:pPr>
      <w:r>
        <w:t>Emphasis on dignity, justice, solidarity, and the common good.</w:t>
      </w:r>
    </w:p>
    <w:p w14:paraId="5B3D2ADA" w14:textId="64CA7065" w:rsidR="0094039E" w:rsidRDefault="00B90289">
      <w:pPr>
        <w:pStyle w:val="ListBullet"/>
      </w:pPr>
      <w:r>
        <w:t>Gospel stories and saints used to model and explore British Values.</w:t>
      </w:r>
    </w:p>
    <w:sectPr w:rsidR="0094039E" w:rsidSect="00E331E2">
      <w:pgSz w:w="15840" w:h="12240" w:orient="landscape"/>
      <w:pgMar w:top="1800" w:right="1440" w:bottom="1800" w:left="1440" w:header="720" w:footer="720" w:gutter="0"/>
      <w:pgBorders w:offsetFrom="page">
        <w:top w:val="single" w:sz="24" w:space="24" w:color="FF0000"/>
        <w:left w:val="single" w:sz="24" w:space="24" w:color="FF0000"/>
        <w:bottom w:val="single" w:sz="24" w:space="24" w:color="FF0000"/>
        <w:right w:val="single" w:sz="24" w:space="24" w:color="FF000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00000287" w:usb1="08070000" w:usb2="00000010"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94039E"/>
    <w:rsid w:val="009543A0"/>
    <w:rsid w:val="00AA1D8D"/>
    <w:rsid w:val="00B47730"/>
    <w:rsid w:val="00B90289"/>
    <w:rsid w:val="00C153CA"/>
    <w:rsid w:val="00C25139"/>
    <w:rsid w:val="00CB0664"/>
    <w:rsid w:val="00E331E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8AF157"/>
  <w14:defaultImageDpi w14:val="300"/>
  <w15:docId w15:val="{A5BD44E3-9E82-4C10-A687-B4B2BA39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F8104-9F14-4C24-ACB1-A790A725C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324</Words>
  <Characters>1851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Jennifer Camp-Overy</cp:lastModifiedBy>
  <cp:revision>2</cp:revision>
  <cp:lastPrinted>2025-05-14T11:21:00Z</cp:lastPrinted>
  <dcterms:created xsi:type="dcterms:W3CDTF">2025-05-14T17:07:00Z</dcterms:created>
  <dcterms:modified xsi:type="dcterms:W3CDTF">2025-05-14T17:07:00Z</dcterms:modified>
  <cp:category/>
</cp:coreProperties>
</file>